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MICHEAL DARASIMI JACE</w:t>
      </w:r>
    </w:p>
    <w:p>
      <w:r>
        <w:t>Software Engineer</w:t>
        <w:br/>
        <w:t>Lagos, Nigeria</w:t>
        <w:br/>
        <w:t>+2348101393153 | Ejobamichael3@gmail.com</w:t>
        <w:br/>
        <w:t>Portfolio: https://jacedm.netlify.app</w:t>
      </w:r>
    </w:p>
    <w:p>
      <w:pPr>
        <w:pStyle w:val="Heading1"/>
      </w:pPr>
      <w:r>
        <w:t>Professional Summary</w:t>
      </w:r>
    </w:p>
    <w:p>
      <w:r>
        <w:t>Software Engineer with 6 years of experience building scalable web applications, mobile apps, and business systems. Delivered 67+ projects across fintech, healthcare, and business automation. Founder of Panthera Org Tech (2025–Present) and Lead Software Engineer, driving product architecture and development. Open to remote, hybrid, and full-time opportunities.</w:t>
      </w:r>
    </w:p>
    <w:p>
      <w:pPr>
        <w:pStyle w:val="Heading1"/>
      </w:pPr>
      <w:r>
        <w:t>Technical Skills</w:t>
      </w:r>
    </w:p>
    <w:p>
      <w:pPr>
        <w:pStyle w:val="ListBullet"/>
      </w:pPr>
      <w:r>
        <w:t>JavaScript (ES6+), TypeScript</w:t>
      </w:r>
    </w:p>
    <w:p>
      <w:pPr>
        <w:pStyle w:val="ListBullet"/>
      </w:pPr>
      <w:r>
        <w:t>React.js, Next.js</w:t>
      </w:r>
    </w:p>
    <w:p>
      <w:pPr>
        <w:pStyle w:val="ListBullet"/>
      </w:pPr>
      <w:r>
        <w:t>Node.js, Express.js</w:t>
      </w:r>
    </w:p>
    <w:p>
      <w:pPr>
        <w:pStyle w:val="ListBullet"/>
      </w:pPr>
      <w:r>
        <w:t>REST APIs</w:t>
      </w:r>
    </w:p>
    <w:p>
      <w:pPr>
        <w:pStyle w:val="ListBullet"/>
      </w:pPr>
      <w:r>
        <w:t>Three.js</w:t>
      </w:r>
    </w:p>
    <w:p>
      <w:pPr>
        <w:pStyle w:val="ListBullet"/>
      </w:pPr>
      <w:r>
        <w:t>React Native</w:t>
      </w:r>
    </w:p>
    <w:p>
      <w:pPr>
        <w:pStyle w:val="ListBullet"/>
      </w:pPr>
      <w:r>
        <w:t>HTML5, CSS3, Tailwind CSS</w:t>
      </w:r>
    </w:p>
    <w:p>
      <w:pPr>
        <w:pStyle w:val="ListBullet"/>
      </w:pPr>
      <w:r>
        <w:t>Supabase, Firebase</w:t>
      </w:r>
    </w:p>
    <w:p>
      <w:pPr>
        <w:pStyle w:val="ListBullet"/>
      </w:pPr>
      <w:r>
        <w:t>PostgreSQL, MongoDB</w:t>
      </w:r>
    </w:p>
    <w:p>
      <w:pPr>
        <w:pStyle w:val="ListBullet"/>
      </w:pPr>
      <w:r>
        <w:t>Git &amp; GitHub</w:t>
      </w:r>
    </w:p>
    <w:p>
      <w:pPr>
        <w:pStyle w:val="ListBullet"/>
      </w:pPr>
      <w:r>
        <w:t>Payment Integration (Paystack/Stripe)</w:t>
      </w:r>
    </w:p>
    <w:p>
      <w:pPr>
        <w:pStyle w:val="Heading1"/>
      </w:pPr>
      <w:r>
        <w:t>Professional Experience</w:t>
      </w:r>
    </w:p>
    <w:p>
      <w:pPr>
        <w:pStyle w:val="Heading2"/>
      </w:pPr>
      <w:r>
        <w:t>Founder &amp; Lead Software Engineer | Panthera Org Tech | 2025 – Present</w:t>
      </w:r>
    </w:p>
    <w:p>
      <w:r>
        <w:t>• Founded a technology startup focused on building scalable digital products for businesses.</w:t>
        <w:br/>
        <w:t>• Lead software architecture, product development, and technical strategy.</w:t>
        <w:br/>
        <w:t>• Manage end-to-end development of web applications, mobile apps, and enterprise systems.</w:t>
        <w:br/>
        <w:t>• Work closely with clients to transform business ideas into production-ready solutions.</w:t>
      </w:r>
    </w:p>
    <w:p>
      <w:pPr>
        <w:pStyle w:val="Heading2"/>
      </w:pPr>
      <w:r>
        <w:t>Software Engineer | Freelance &amp; Contract | 2019 – Present</w:t>
      </w:r>
    </w:p>
    <w:p>
      <w:r>
        <w:t>• Delivered 67+ software projects.</w:t>
        <w:br/>
        <w:t>• Built KPTech (fintech platform).</w:t>
        <w:br/>
        <w:t>• Built TrackMond (healthcare application).</w:t>
        <w:br/>
        <w:t>• Built Haven (online therapist platform).</w:t>
        <w:br/>
        <w:t>• Worked with 10+ international clients.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